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9D03" w14:textId="77777777" w:rsidR="00C7777C" w:rsidRPr="00F94358" w:rsidRDefault="00000000">
      <w:pPr>
        <w:spacing w:after="40"/>
        <w:jc w:val="center"/>
        <w:rPr>
          <w:lang w:val="ca-ES"/>
        </w:rPr>
      </w:pPr>
      <w:r w:rsidRPr="00F94358">
        <w:rPr>
          <w:rFonts w:ascii="Aptos Display" w:hAnsi="Aptos Display"/>
          <w:b/>
          <w:color w:val="1F4E79"/>
          <w:sz w:val="36"/>
          <w:lang w:val="ca-ES"/>
        </w:rPr>
        <w:t>ANNEX I</w:t>
      </w:r>
    </w:p>
    <w:p w14:paraId="0FAA3D22" w14:textId="77777777" w:rsidR="00C7777C" w:rsidRPr="00F94358" w:rsidRDefault="00000000">
      <w:pPr>
        <w:spacing w:after="160"/>
        <w:jc w:val="center"/>
        <w:rPr>
          <w:lang w:val="ca-ES"/>
        </w:rPr>
      </w:pPr>
      <w:r w:rsidRPr="00F94358">
        <w:rPr>
          <w:rFonts w:ascii="Aptos Display" w:hAnsi="Aptos Display"/>
          <w:b/>
          <w:color w:val="1F4E79"/>
          <w:sz w:val="25"/>
          <w:lang w:val="ca-ES"/>
        </w:rPr>
        <w:t>SOL·LICITUD D’INSCRIPCIÓ I RELACIÓ ORDENADA DE MÈRITS</w:t>
      </w:r>
    </w:p>
    <w:p w14:paraId="10F7E7F1" w14:textId="77777777" w:rsidR="00C7777C" w:rsidRPr="00F94358" w:rsidRDefault="00000000">
      <w:pPr>
        <w:spacing w:after="160"/>
        <w:jc w:val="center"/>
        <w:rPr>
          <w:lang w:val="ca-ES"/>
        </w:rPr>
      </w:pPr>
      <w:r w:rsidRPr="00F94358">
        <w:rPr>
          <w:i/>
          <w:sz w:val="18"/>
          <w:lang w:val="ca-ES"/>
        </w:rPr>
        <w:t>Procés selectiu per a la cobertura d’una plaça d’oficial polivalent de la brigada municipal, règim laboral fix, grup C2, mitjançant concurs oposició, amb previsió de dues places addicionals i constitució d’una borsa de treball</w:t>
      </w:r>
    </w:p>
    <w:p w14:paraId="1189D0EF" w14:textId="6C30F592" w:rsidR="00C7777C" w:rsidRPr="00F94358" w:rsidRDefault="00000000">
      <w:pPr>
        <w:pStyle w:val="NoteBox"/>
        <w:rPr>
          <w:lang w:val="ca-ES"/>
        </w:rPr>
      </w:pPr>
      <w:r w:rsidRPr="00F94358">
        <w:rPr>
          <w:lang w:val="ca-ES"/>
        </w:rPr>
        <w:t xml:space="preserve">Aquest model s’ha d’omplir i presentar juntament amb la documentació indicada a la base quarta de les bases reguladores. </w:t>
      </w:r>
    </w:p>
    <w:p w14:paraId="6F212621" w14:textId="1024BB45" w:rsidR="00C7777C" w:rsidRPr="00F94358" w:rsidRDefault="00000000" w:rsidP="00F94358">
      <w:pPr>
        <w:pStyle w:val="Ttol1"/>
        <w:tabs>
          <w:tab w:val="left" w:pos="7800"/>
        </w:tabs>
        <w:spacing w:before="160" w:after="100"/>
        <w:rPr>
          <w:lang w:val="ca-ES"/>
        </w:rPr>
      </w:pPr>
      <w:r w:rsidRPr="00F94358">
        <w:rPr>
          <w:lang w:val="ca-ES"/>
        </w:rPr>
        <w:t>1. Dades personals i de contacte</w:t>
      </w:r>
      <w:r w:rsidR="00F94358" w:rsidRPr="00F94358">
        <w:rPr>
          <w:lang w:val="ca-ES"/>
        </w:rPr>
        <w:tab/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C7777C" w:rsidRPr="00F94358" w14:paraId="4218595D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C0C0DD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Nom i cognoms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EB3C84F" w14:textId="34FB7F8F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3BD83887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291662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DNI / NIE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4C8006" w14:textId="72AE9656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9BA0F7F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0FD5E6B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Data de naixement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1C24BC" w14:textId="5F972E3E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65BF997D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F154C0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Adreça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4D2CE2" w14:textId="79BCBA3C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A5AE808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7043E2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Municipi i codi postal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E8D5B2" w14:textId="7D3B7DC5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FAAB70C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8447A1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Telèfon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BCEBB0" w14:textId="3F6F8A42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E97AB4B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3D27CB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Correu electrònic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2C67D1" w14:textId="133C2F8E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7B934B70" w14:textId="77777777" w:rsidR="00C7777C" w:rsidRPr="00F94358" w:rsidRDefault="00000000">
      <w:pPr>
        <w:pStyle w:val="Ttol1"/>
        <w:spacing w:before="160" w:after="100"/>
        <w:rPr>
          <w:lang w:val="ca-ES"/>
        </w:rPr>
      </w:pPr>
      <w:r w:rsidRPr="00F94358">
        <w:rPr>
          <w:lang w:val="ca-ES"/>
        </w:rPr>
        <w:t>2. Dades de la convocatòria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C7777C" w:rsidRPr="00F94358" w14:paraId="0A68A3B1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C1F6CE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Plaça convocada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262510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lang w:val="ca-ES"/>
              </w:rPr>
              <w:t>Oficial polivalent de la brigada municipal</w:t>
            </w:r>
          </w:p>
        </w:tc>
      </w:tr>
      <w:tr w:rsidR="00C7777C" w:rsidRPr="00F94358" w14:paraId="074DF3C9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5C7EB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Sistema de selecció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75FBE9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lang w:val="ca-ES"/>
              </w:rPr>
              <w:t>Concurs oposició</w:t>
            </w:r>
          </w:p>
        </w:tc>
      </w:tr>
      <w:tr w:rsidR="00C7777C" w:rsidRPr="00F94358" w14:paraId="6D511DD5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8E2D33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Règim i grup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68ECCB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lang w:val="ca-ES"/>
              </w:rPr>
              <w:t>Laboral fix, grup C2</w:t>
            </w:r>
          </w:p>
        </w:tc>
      </w:tr>
    </w:tbl>
    <w:p w14:paraId="5BF25868" w14:textId="77777777" w:rsidR="00C7777C" w:rsidRPr="00F94358" w:rsidRDefault="00000000">
      <w:pPr>
        <w:pStyle w:val="Ttol1"/>
        <w:spacing w:before="160" w:after="100"/>
        <w:rPr>
          <w:lang w:val="ca-ES"/>
        </w:rPr>
      </w:pPr>
      <w:r w:rsidRPr="00F94358">
        <w:rPr>
          <w:lang w:val="ca-ES"/>
        </w:rPr>
        <w:t>3. Declaració de la persona aspirant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1304"/>
        <w:gridCol w:w="7767"/>
      </w:tblGrid>
      <w:tr w:rsidR="00C7777C" w:rsidRPr="00F94358" w14:paraId="35FD8850" w14:textId="77777777">
        <w:trPr>
          <w:jc w:val="center"/>
        </w:trPr>
        <w:tc>
          <w:tcPr>
            <w:tcW w:w="1304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367A80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Marqueu</w:t>
            </w:r>
          </w:p>
        </w:tc>
        <w:tc>
          <w:tcPr>
            <w:tcW w:w="7767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066FD7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Declaració</w:t>
            </w:r>
          </w:p>
        </w:tc>
      </w:tr>
      <w:tr w:rsidR="00C7777C" w:rsidRPr="00F94358" w14:paraId="696D8DEC" w14:textId="77777777">
        <w:trPr>
          <w:jc w:val="center"/>
        </w:trPr>
        <w:tc>
          <w:tcPr>
            <w:tcW w:w="13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0"/>
              <w:id w:val="858629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632C9E" w14:textId="7CC184E7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776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B3952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8"/>
                <w:lang w:val="ca-ES"/>
              </w:rPr>
              <w:t>Que compleix tots els requisits exigits a les bases reguladores de la convocatòria.</w:t>
            </w:r>
          </w:p>
        </w:tc>
      </w:tr>
      <w:tr w:rsidR="00C7777C" w:rsidRPr="00F94358" w14:paraId="53F90FB0" w14:textId="77777777">
        <w:trPr>
          <w:jc w:val="center"/>
        </w:trPr>
        <w:tc>
          <w:tcPr>
            <w:tcW w:w="13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"/>
              <w:id w:val="-939366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EA7CA3" w14:textId="7012A250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776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BC5442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8"/>
                <w:lang w:val="ca-ES"/>
              </w:rPr>
              <w:t>Que aporta la documentació acreditativa requerida a la base quarta.</w:t>
            </w:r>
          </w:p>
        </w:tc>
      </w:tr>
      <w:tr w:rsidR="00C7777C" w:rsidRPr="00F94358" w14:paraId="2404013F" w14:textId="77777777">
        <w:trPr>
          <w:jc w:val="center"/>
        </w:trPr>
        <w:tc>
          <w:tcPr>
            <w:tcW w:w="13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2"/>
              <w:id w:val="17695753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DBB71F" w14:textId="0CF5B901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776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0CD995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8"/>
                <w:lang w:val="ca-ES"/>
              </w:rPr>
              <w:t>Que són certes totes les dades consignades en aquesta sol·licitud i en la relació de mèrits.</w:t>
            </w:r>
          </w:p>
        </w:tc>
      </w:tr>
      <w:tr w:rsidR="00C7777C" w:rsidRPr="00F94358" w14:paraId="731FD5C7" w14:textId="77777777">
        <w:trPr>
          <w:jc w:val="center"/>
        </w:trPr>
        <w:tc>
          <w:tcPr>
            <w:tcW w:w="130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3"/>
              <w:id w:val="1772048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B098BD" w14:textId="184F9626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776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E0761C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8"/>
                <w:lang w:val="ca-ES"/>
              </w:rPr>
              <w:t>Que autoritza el tractament de les dades personals als efectes exclusius d’aquest procés selectiu.</w:t>
            </w:r>
          </w:p>
        </w:tc>
      </w:tr>
    </w:tbl>
    <w:p w14:paraId="275929AE" w14:textId="77777777" w:rsidR="00C7777C" w:rsidRPr="00F94358" w:rsidRDefault="00000000">
      <w:pPr>
        <w:pStyle w:val="Ttol1"/>
        <w:spacing w:before="160" w:after="100"/>
        <w:rPr>
          <w:lang w:val="ca-ES"/>
        </w:rPr>
      </w:pPr>
      <w:r w:rsidRPr="00F94358">
        <w:rPr>
          <w:lang w:val="ca-ES"/>
        </w:rPr>
        <w:t>4. Documentació que s’adjunta</w:t>
      </w:r>
    </w:p>
    <w:p w14:paraId="22A0D1C1" w14:textId="77777777" w:rsidR="00C7777C" w:rsidRPr="00F94358" w:rsidRDefault="00000000">
      <w:pPr>
        <w:pStyle w:val="NoteBox"/>
        <w:rPr>
          <w:lang w:val="ca-ES"/>
        </w:rPr>
      </w:pPr>
      <w:r w:rsidRPr="00F94358">
        <w:rPr>
          <w:lang w:val="ca-ES"/>
        </w:rPr>
        <w:t>Marqueu la documentació que s’adjunta o indiqueu les observacions que corresponguin. La documentació pot presentar-se en fotocòpia simple, sens perjudici que pugui requerir-se l’acarament amb els originals.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1020"/>
        <w:gridCol w:w="6123"/>
        <w:gridCol w:w="1928"/>
      </w:tblGrid>
      <w:tr w:rsidR="00C7777C" w:rsidRPr="00F94358" w14:paraId="7FBFA8D5" w14:textId="77777777">
        <w:trPr>
          <w:jc w:val="center"/>
        </w:trPr>
        <w:tc>
          <w:tcPr>
            <w:tcW w:w="1020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9B8EEA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Sí/No</w:t>
            </w:r>
          </w:p>
        </w:tc>
        <w:tc>
          <w:tcPr>
            <w:tcW w:w="6123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C66A86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Documentació</w:t>
            </w:r>
          </w:p>
        </w:tc>
        <w:tc>
          <w:tcPr>
            <w:tcW w:w="1928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F13D0B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Observacions</w:t>
            </w:r>
          </w:p>
        </w:tc>
      </w:tr>
      <w:tr w:rsidR="00C7777C" w:rsidRPr="00F94358" w14:paraId="05607832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4"/>
              <w:id w:val="-353032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BCF6E0" w14:textId="13896579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57E72F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DNI/NIE o document oficial acreditatiu de la identitat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4CE100" w14:textId="2C402C66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3847DF62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5"/>
              <w:id w:val="210621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EFDCAB" w14:textId="6B6256C6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F1896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Titulació acadèmica exigida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3102DF" w14:textId="34F420C5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6303BDB2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6"/>
              <w:id w:val="-618680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51792F" w14:textId="3AB5173F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A2DDF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Currículum amb experiència formativa i laboral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29F0B3" w14:textId="1499E5A2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19BAF871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7"/>
              <w:id w:val="227508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91381F" w14:textId="25AAFA34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22CAA9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Certificats, contractes, títols formatius o altres documents acreditatius dels mèrits al·legats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C5A795" w14:textId="6F0B36F0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0A0C9026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8"/>
              <w:id w:val="1739973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D9BD73" w14:textId="4E64F54F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45B9AC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Permís de conduir B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F0CD9B" w14:textId="1C479325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323F7B7B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9"/>
              <w:id w:val="1528834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02B74E" w14:textId="6FF17AB1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3EF95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Informe de vida laboral emès per la Tresoreria General de la Seguretat Social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F03573" w14:textId="00E4B2F5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50DD170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0"/>
              <w:id w:val="-202277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70FD84" w14:textId="507DD798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BA9702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Document acreditatiu del nivell de català B1 o equivalent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3FEA56" w14:textId="60B2238A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57CDF3F" w14:textId="77777777">
        <w:trPr>
          <w:jc w:val="center"/>
        </w:trPr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1"/>
              <w:id w:val="-689295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289A9F" w14:textId="1AC0C6E0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612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C06C93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Document acreditatiu del nivell de castellà B1 o equivalent, si escau</w:t>
            </w:r>
          </w:p>
        </w:tc>
        <w:tc>
          <w:tcPr>
            <w:tcW w:w="192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1220B0" w14:textId="2D0A4A5D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328D4F86" w14:textId="77777777" w:rsidR="00C7777C" w:rsidRPr="00F94358" w:rsidRDefault="00000000">
      <w:pPr>
        <w:pStyle w:val="Ttol1"/>
        <w:spacing w:before="160" w:after="100"/>
        <w:rPr>
          <w:lang w:val="ca-ES"/>
        </w:rPr>
      </w:pPr>
      <w:r w:rsidRPr="00F94358">
        <w:rPr>
          <w:lang w:val="ca-ES"/>
        </w:rPr>
        <w:t>5. Relació ordenada de mèrits</w:t>
      </w:r>
    </w:p>
    <w:p w14:paraId="7230A723" w14:textId="77777777" w:rsidR="00C7777C" w:rsidRPr="00F94358" w:rsidRDefault="00000000">
      <w:pPr>
        <w:pStyle w:val="NoteBox"/>
        <w:rPr>
          <w:lang w:val="ca-ES"/>
        </w:rPr>
      </w:pPr>
      <w:r w:rsidRPr="00F94358">
        <w:rPr>
          <w:lang w:val="ca-ES"/>
        </w:rPr>
        <w:t>Consigneu els mèrits en el mateix ordre que consten a les bases. Només es valoraran els mèrits degudament acreditats dins el termini de presentació de sol·licituds.</w:t>
      </w:r>
    </w:p>
    <w:p w14:paraId="4F88D34A" w14:textId="77777777" w:rsidR="00C7777C" w:rsidRPr="00F94358" w:rsidRDefault="00000000">
      <w:pPr>
        <w:pStyle w:val="Ttol2"/>
        <w:spacing w:before="120" w:after="100"/>
        <w:rPr>
          <w:lang w:val="ca-ES"/>
        </w:rPr>
      </w:pPr>
      <w:r w:rsidRPr="00F94358">
        <w:rPr>
          <w:lang w:val="ca-ES"/>
        </w:rPr>
        <w:t>5.1 Experiència professional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1489"/>
        <w:gridCol w:w="1326"/>
        <w:gridCol w:w="2201"/>
        <w:gridCol w:w="900"/>
        <w:gridCol w:w="900"/>
        <w:gridCol w:w="3780"/>
      </w:tblGrid>
      <w:tr w:rsidR="00C7777C" w:rsidRPr="00F94358" w14:paraId="2771A410" w14:textId="77777777">
        <w:trPr>
          <w:jc w:val="center"/>
        </w:trPr>
        <w:tc>
          <w:tcPr>
            <w:tcW w:w="1701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1E952C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Entitat / empresa</w:t>
            </w:r>
          </w:p>
        </w:tc>
        <w:tc>
          <w:tcPr>
            <w:tcW w:w="1474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4DAA46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Lloc o categoria</w:t>
            </w:r>
          </w:p>
        </w:tc>
        <w:tc>
          <w:tcPr>
            <w:tcW w:w="2608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8A31D9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Funcions principals</w:t>
            </w:r>
          </w:p>
        </w:tc>
        <w:tc>
          <w:tcPr>
            <w:tcW w:w="1020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1A71353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Data inici</w:t>
            </w:r>
          </w:p>
        </w:tc>
        <w:tc>
          <w:tcPr>
            <w:tcW w:w="1020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9D0130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Data fi</w:t>
            </w:r>
          </w:p>
        </w:tc>
        <w:tc>
          <w:tcPr>
            <w:tcW w:w="850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436475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Mesos</w:t>
            </w:r>
          </w:p>
        </w:tc>
      </w:tr>
      <w:tr w:rsidR="00C7777C" w:rsidRPr="00F94358" w14:paraId="669E3920" w14:textId="77777777">
        <w:trPr>
          <w:jc w:val="center"/>
        </w:trPr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AFBF32" w14:textId="4EFB2816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47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46C2A5" w14:textId="60F9172E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60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A619D8" w14:textId="75FC092E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3A4E81" w14:textId="49059398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E29F4E" w14:textId="155716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06314C" w14:textId="0D29BD7D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33C2985" w14:textId="77777777">
        <w:trPr>
          <w:jc w:val="center"/>
        </w:trPr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027F07" w14:textId="4F15B4FB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47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D019CA" w14:textId="6AEADC63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60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7A49F4" w14:textId="589F1B65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73DAF2" w14:textId="3816AAB1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A376CA" w14:textId="1D67F45F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110D68" w14:textId="143DAECF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09A4AE9B" w14:textId="77777777">
        <w:trPr>
          <w:jc w:val="center"/>
        </w:trPr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11ABE2" w14:textId="612F162A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47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EFBCB67" w14:textId="33A522A6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60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B70124" w14:textId="49CF6010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B389EF" w14:textId="188BE4A6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BF7714" w14:textId="62F2D2BF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4831A0" w14:textId="0ECCD422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9C28AAC" w14:textId="77777777">
        <w:trPr>
          <w:jc w:val="center"/>
        </w:trPr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CB1DDE" w14:textId="5833540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47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4591E8" w14:textId="21ABD5BC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60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FB5D54" w14:textId="2AF55ADF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383682" w14:textId="3360FDCC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FEEA5" w14:textId="47B2D9F9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C30C7A" w14:textId="66723D9F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88CFBED" w14:textId="77777777">
        <w:trPr>
          <w:jc w:val="center"/>
        </w:trPr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4EC6F9" w14:textId="6C282359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47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33F3CE" w14:textId="239D7F44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60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1D0C44" w14:textId="7474102D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6C4BCB" w14:textId="1496B395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EA48257" w14:textId="534EE43C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29040A" w14:textId="442B7C5D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03476E93" w14:textId="77777777">
        <w:trPr>
          <w:jc w:val="center"/>
        </w:trPr>
        <w:tc>
          <w:tcPr>
            <w:tcW w:w="2268" w:type="dxa"/>
            <w:gridSpan w:val="3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A99C8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Total mesos al·legats</w:t>
            </w:r>
          </w:p>
        </w:tc>
        <w:tc>
          <w:tcPr>
            <w:tcW w:w="6803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E689F7" w14:textId="20261843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6669A676" w14:textId="77777777" w:rsidR="00C7777C" w:rsidRPr="00F94358" w:rsidRDefault="00000000">
      <w:pPr>
        <w:pStyle w:val="Ttol2"/>
        <w:spacing w:before="120" w:after="100"/>
        <w:rPr>
          <w:lang w:val="ca-ES"/>
        </w:rPr>
      </w:pPr>
      <w:r w:rsidRPr="00F94358">
        <w:rPr>
          <w:lang w:val="ca-ES"/>
        </w:rPr>
        <w:t>5.2 Formació específica relacionada amb el lloc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948"/>
        <w:gridCol w:w="2551"/>
        <w:gridCol w:w="907"/>
        <w:gridCol w:w="850"/>
        <w:gridCol w:w="1757"/>
      </w:tblGrid>
      <w:tr w:rsidR="00C7777C" w:rsidRPr="00F94358" w14:paraId="5EAB5F3B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23EB63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Acció formativa</w:t>
            </w:r>
          </w:p>
        </w:tc>
        <w:tc>
          <w:tcPr>
            <w:tcW w:w="2551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0A22BC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Organisme formador</w:t>
            </w:r>
          </w:p>
        </w:tc>
        <w:tc>
          <w:tcPr>
            <w:tcW w:w="907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E3642E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Hores</w:t>
            </w:r>
          </w:p>
        </w:tc>
        <w:tc>
          <w:tcPr>
            <w:tcW w:w="850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872968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Any</w:t>
            </w:r>
          </w:p>
        </w:tc>
        <w:tc>
          <w:tcPr>
            <w:tcW w:w="1757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4C3573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Document aportat</w:t>
            </w:r>
          </w:p>
        </w:tc>
      </w:tr>
      <w:tr w:rsidR="00C7777C" w:rsidRPr="00F94358" w14:paraId="53572F70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714E32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D1C65A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B36401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105720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EB3B84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E969B3E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C3B88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8AC88B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3C4A80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02C759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A679AD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4561598E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2CE789B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5F5BF68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BCBE3D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DB129C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65CC73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BEB5313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B56724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429FA7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F39FC3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44CA5C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14396A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07B37BBE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DEE940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A724ED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40687E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F5A628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F41417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26392B4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9EE325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7CC1FA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2A9538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AB79C8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6BD1FC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50FFDB48" w14:textId="77777777" w:rsidR="00C7777C" w:rsidRPr="00F94358" w:rsidRDefault="00000000">
      <w:pPr>
        <w:pStyle w:val="Ttol2"/>
        <w:spacing w:before="120" w:after="100"/>
        <w:rPr>
          <w:lang w:val="ca-ES"/>
        </w:rPr>
      </w:pPr>
      <w:r w:rsidRPr="00F94358">
        <w:rPr>
          <w:lang w:val="ca-ES"/>
        </w:rPr>
        <w:t>5.3 Formació específica objecte de valoració individual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5669"/>
        <w:gridCol w:w="1247"/>
        <w:gridCol w:w="2154"/>
      </w:tblGrid>
      <w:tr w:rsidR="00C7777C" w:rsidRPr="00F94358" w14:paraId="53C4E046" w14:textId="77777777">
        <w:trPr>
          <w:jc w:val="center"/>
        </w:trPr>
        <w:tc>
          <w:tcPr>
            <w:tcW w:w="5669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8C3579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Mèrit</w:t>
            </w:r>
          </w:p>
        </w:tc>
        <w:tc>
          <w:tcPr>
            <w:tcW w:w="1247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EC0E0A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Sí/No</w:t>
            </w:r>
          </w:p>
        </w:tc>
        <w:tc>
          <w:tcPr>
            <w:tcW w:w="2154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E3807C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7"/>
                <w:lang w:val="ca-ES"/>
              </w:rPr>
              <w:t>Observacions</w:t>
            </w:r>
          </w:p>
        </w:tc>
      </w:tr>
      <w:tr w:rsidR="00C7777C" w:rsidRPr="00F94358" w14:paraId="49949E11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DCC55B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Curs de conducció de carretons elevadors o carretons automotors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2"/>
              <w:id w:val="-477842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8C0B6D" w14:textId="6666ADF8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9F267E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419C7E9C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80DA66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lastRenderedPageBreak/>
              <w:t>Permís d’aplicador/a fitosanitari bàsic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3"/>
              <w:id w:val="-1617833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476E4C" w14:textId="4982C5C0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5F1B0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5E37D6F8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B200D0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Curs de legionel·losi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4"/>
              <w:id w:val="1656881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D5F2BE" w14:textId="53C29B74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CE524B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467158D8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3ECC20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Curs d’operador/a de manteniment de piscines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5"/>
              <w:id w:val="11837891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29ADE8" w14:textId="74209371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0185A9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66C2B48D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6A3602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Permís de conduir tipus C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6"/>
              <w:id w:val="-1504664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A68E8B" w14:textId="0A6579CE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B73D97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7B5DB0B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95783D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Curs de prevenció de riscos laborals de la construcció (60 h)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7"/>
              <w:id w:val="-317660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328F08" w14:textId="57219076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A5FBB4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919DFE2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106BF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Curs de prevenció de riscos laborals específic (20 h)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8"/>
              <w:id w:val="1169301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8C8761" w14:textId="672EF824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3284B5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1F1D7B45" w14:textId="77777777">
        <w:trPr>
          <w:jc w:val="center"/>
        </w:trPr>
        <w:tc>
          <w:tcPr>
            <w:tcW w:w="56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AEA98E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sz w:val="17"/>
                <w:lang w:val="ca-ES"/>
              </w:rPr>
              <w:t>Títol de plataforma elevadora</w:t>
            </w:r>
          </w:p>
        </w:tc>
        <w:tc>
          <w:tcPr>
            <w:tcW w:w="124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sdt>
            <w:sdtPr>
              <w:rPr>
                <w:sz w:val="22"/>
                <w:lang w:val="ca-ES"/>
              </w:rPr>
              <w:alias w:val="Casella de verificació"/>
              <w:tag w:val="formulari_casella_19"/>
              <w:id w:val="852233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AB9F3A" w14:textId="3CD31FDC" w:rsidR="00C7777C" w:rsidRPr="00F94358" w:rsidRDefault="00F94358">
                <w:pPr>
                  <w:spacing w:after="0"/>
                  <w:jc w:val="center"/>
                  <w:rPr>
                    <w:lang w:val="ca-ES"/>
                  </w:rPr>
                </w:pPr>
                <w:r>
                  <w:rPr>
                    <w:rFonts w:ascii="MS Gothic" w:eastAsia="MS Gothic" w:hAnsi="MS Gothic" w:hint="eastAsia"/>
                    <w:sz w:val="22"/>
                    <w:lang w:val="ca-ES"/>
                  </w:rPr>
                  <w:t>☐</w:t>
                </w:r>
              </w:p>
            </w:sdtContent>
          </w:sdt>
        </w:tc>
        <w:tc>
          <w:tcPr>
            <w:tcW w:w="215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084A7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490EB6D8" w14:textId="77777777" w:rsidR="00C7777C" w:rsidRPr="00F94358" w:rsidRDefault="00000000">
      <w:pPr>
        <w:pStyle w:val="Ttol2"/>
        <w:spacing w:before="120" w:after="100"/>
        <w:rPr>
          <w:lang w:val="ca-ES"/>
        </w:rPr>
      </w:pPr>
      <w:r w:rsidRPr="00F94358">
        <w:rPr>
          <w:lang w:val="ca-ES"/>
        </w:rPr>
        <w:t>5.4 Formació general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948"/>
        <w:gridCol w:w="2551"/>
        <w:gridCol w:w="907"/>
        <w:gridCol w:w="850"/>
        <w:gridCol w:w="1757"/>
      </w:tblGrid>
      <w:tr w:rsidR="00C7777C" w:rsidRPr="00F94358" w14:paraId="1F501143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895FD3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Acció formativa</w:t>
            </w:r>
          </w:p>
        </w:tc>
        <w:tc>
          <w:tcPr>
            <w:tcW w:w="2551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2DF5F3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Organisme formador</w:t>
            </w:r>
          </w:p>
        </w:tc>
        <w:tc>
          <w:tcPr>
            <w:tcW w:w="907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412C04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Hores</w:t>
            </w:r>
          </w:p>
        </w:tc>
        <w:tc>
          <w:tcPr>
            <w:tcW w:w="850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426CE5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Any</w:t>
            </w:r>
          </w:p>
        </w:tc>
        <w:tc>
          <w:tcPr>
            <w:tcW w:w="1757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58660F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Document aportat</w:t>
            </w:r>
          </w:p>
        </w:tc>
      </w:tr>
      <w:tr w:rsidR="00C7777C" w:rsidRPr="00F94358" w14:paraId="6230510F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B2F993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1D6C1F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C9B46F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1BD1A0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45D60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8367144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A2A515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A4016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D6A01E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C94E40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CBE5AA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06027746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A4149F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0B7E63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07864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B7118E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296488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1C4103F9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A65EF2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5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952B54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90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ABFEF2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85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60640E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757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EB3445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0542372F" w14:textId="77777777" w:rsidR="00C7777C" w:rsidRPr="00F94358" w:rsidRDefault="00000000">
      <w:pPr>
        <w:pStyle w:val="Ttol2"/>
        <w:spacing w:before="120" w:after="100"/>
        <w:rPr>
          <w:lang w:val="ca-ES"/>
        </w:rPr>
      </w:pPr>
      <w:r w:rsidRPr="00F94358">
        <w:rPr>
          <w:lang w:val="ca-ES"/>
        </w:rPr>
        <w:t>5.5 Titulacions acadèmiques addicionals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948"/>
        <w:gridCol w:w="2268"/>
        <w:gridCol w:w="1134"/>
        <w:gridCol w:w="2324"/>
      </w:tblGrid>
      <w:tr w:rsidR="00C7777C" w:rsidRPr="00F94358" w14:paraId="6363CFDD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4BC3BD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Titulació</w:t>
            </w:r>
          </w:p>
        </w:tc>
        <w:tc>
          <w:tcPr>
            <w:tcW w:w="2268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A1164E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Centre</w:t>
            </w:r>
          </w:p>
        </w:tc>
        <w:tc>
          <w:tcPr>
            <w:tcW w:w="1134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E196B6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Any obtenció</w:t>
            </w:r>
          </w:p>
        </w:tc>
        <w:tc>
          <w:tcPr>
            <w:tcW w:w="2324" w:type="dxa"/>
            <w:shd w:val="clear" w:color="auto" w:fill="1F4E7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5F9F02" w14:textId="77777777" w:rsidR="00C7777C" w:rsidRPr="00F94358" w:rsidRDefault="00000000">
            <w:pPr>
              <w:spacing w:after="0"/>
              <w:jc w:val="center"/>
              <w:rPr>
                <w:lang w:val="ca-ES"/>
              </w:rPr>
            </w:pPr>
            <w:r w:rsidRPr="00F94358">
              <w:rPr>
                <w:b/>
                <w:color w:val="FFFFFF"/>
                <w:sz w:val="16"/>
                <w:lang w:val="ca-ES"/>
              </w:rPr>
              <w:t>Relació amb el lloc</w:t>
            </w:r>
          </w:p>
        </w:tc>
      </w:tr>
      <w:tr w:rsidR="00C7777C" w:rsidRPr="00F94358" w14:paraId="50EEE734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2A3DB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26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8E1C39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DD9DE2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32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FEC596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1E400D24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289C51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26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901B4E1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84F37A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32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7D840F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9EA14B4" w14:textId="77777777">
        <w:trPr>
          <w:jc w:val="center"/>
        </w:trPr>
        <w:tc>
          <w:tcPr>
            <w:tcW w:w="294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44E1D1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26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97CA31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34ADA3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  <w:tc>
          <w:tcPr>
            <w:tcW w:w="2324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F63F60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1428F42B" w14:textId="77777777" w:rsidR="00C7777C" w:rsidRPr="00F94358" w:rsidRDefault="00000000">
      <w:pPr>
        <w:pStyle w:val="Ttol1"/>
        <w:spacing w:before="160" w:after="100"/>
        <w:rPr>
          <w:lang w:val="ca-ES"/>
        </w:rPr>
      </w:pPr>
      <w:r w:rsidRPr="00F94358">
        <w:rPr>
          <w:lang w:val="ca-ES"/>
        </w:rPr>
        <w:t>6. Observacions de la persona aspirant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C7777C" w:rsidRPr="00F94358" w14:paraId="373F28DC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2BC0A2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Observacions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89C45E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0D0F612F" w14:textId="77777777" w:rsidR="00C7777C" w:rsidRPr="00F94358" w:rsidRDefault="00000000">
      <w:pPr>
        <w:pStyle w:val="Ttol1"/>
        <w:spacing w:before="160" w:after="100"/>
        <w:rPr>
          <w:lang w:val="ca-ES"/>
        </w:rPr>
      </w:pPr>
      <w:r w:rsidRPr="00F94358">
        <w:rPr>
          <w:lang w:val="ca-ES"/>
        </w:rPr>
        <w:t>7. Signatura</w:t>
      </w:r>
    </w:p>
    <w:p w14:paraId="220FF2B6" w14:textId="77777777" w:rsidR="00C7777C" w:rsidRPr="00F94358" w:rsidRDefault="00000000">
      <w:pPr>
        <w:pStyle w:val="NoteBox"/>
        <w:rPr>
          <w:lang w:val="ca-ES"/>
        </w:rPr>
      </w:pPr>
      <w:r w:rsidRPr="00F94358">
        <w:rPr>
          <w:lang w:val="ca-ES"/>
        </w:rPr>
        <w:t>La persona aspirant declara sota la seva responsabilitat que tota la informació consignada és certa i que disposa de la documentació acreditativa corresponent. La falsedat de les dades aportades pot comportar l’exclusió del procés selectiu, sens perjudici de les responsabilitats que se’n puguin derivar.</w:t>
      </w:r>
    </w:p>
    <w:tbl>
      <w:tblPr>
        <w:tblW w:w="0" w:type="auto"/>
        <w:jc w:val="center"/>
        <w:tblBorders>
          <w:top w:val="single" w:sz="4" w:space="0" w:color="BFC7D5"/>
          <w:left w:val="single" w:sz="4" w:space="0" w:color="BFC7D5"/>
          <w:bottom w:val="single" w:sz="4" w:space="0" w:color="BFC7D5"/>
          <w:right w:val="single" w:sz="4" w:space="0" w:color="BFC7D5"/>
          <w:insideH w:val="single" w:sz="4" w:space="0" w:color="BFC7D5"/>
          <w:insideV w:val="single" w:sz="4" w:space="0" w:color="BFC7D5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C7777C" w:rsidRPr="00F94358" w14:paraId="690D556D" w14:textId="77777777">
        <w:trPr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DEF127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Lloc i data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D6587B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  <w:tr w:rsidR="00C7777C" w:rsidRPr="00F94358" w14:paraId="29026A92" w14:textId="77777777" w:rsidTr="00F94358">
        <w:trPr>
          <w:trHeight w:val="1090"/>
          <w:jc w:val="center"/>
        </w:trPr>
        <w:tc>
          <w:tcPr>
            <w:tcW w:w="2268" w:type="dxa"/>
            <w:shd w:val="clear" w:color="auto" w:fill="EAF0F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93226B" w14:textId="77777777" w:rsidR="00C7777C" w:rsidRPr="00F94358" w:rsidRDefault="00000000">
            <w:pPr>
              <w:spacing w:after="0"/>
              <w:rPr>
                <w:lang w:val="ca-ES"/>
              </w:rPr>
            </w:pPr>
            <w:r w:rsidRPr="00F94358">
              <w:rPr>
                <w:b/>
                <w:color w:val="1F4E79"/>
                <w:lang w:val="ca-ES"/>
              </w:rPr>
              <w:t>Signatura</w:t>
            </w:r>
          </w:p>
        </w:tc>
        <w:tc>
          <w:tcPr>
            <w:tcW w:w="6803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9C4B53" w14:textId="77777777" w:rsidR="00C7777C" w:rsidRPr="00F94358" w:rsidRDefault="00C7777C">
            <w:pPr>
              <w:spacing w:after="0"/>
              <w:rPr>
                <w:lang w:val="ca-ES"/>
              </w:rPr>
            </w:pPr>
          </w:p>
        </w:tc>
      </w:tr>
    </w:tbl>
    <w:p w14:paraId="5CBF3E73" w14:textId="77777777" w:rsidR="005F5D2C" w:rsidRPr="00F94358" w:rsidRDefault="005F5D2C">
      <w:pPr>
        <w:rPr>
          <w:lang w:val="ca-ES"/>
        </w:rPr>
      </w:pPr>
    </w:p>
    <w:sectPr w:rsidR="005F5D2C" w:rsidRPr="00F94358" w:rsidSect="00F94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96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50A0" w14:textId="77777777" w:rsidR="005F5D2C" w:rsidRDefault="005F5D2C">
      <w:pPr>
        <w:spacing w:after="0" w:line="240" w:lineRule="auto"/>
      </w:pPr>
      <w:r>
        <w:separator/>
      </w:r>
    </w:p>
  </w:endnote>
  <w:endnote w:type="continuationSeparator" w:id="0">
    <w:p w14:paraId="6589AFF3" w14:textId="77777777" w:rsidR="005F5D2C" w:rsidRDefault="005F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3EB6" w14:textId="77777777" w:rsidR="00F94358" w:rsidRDefault="00F9435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C110" w14:textId="77777777" w:rsidR="00C7777C" w:rsidRPr="00F94358" w:rsidRDefault="00000000">
    <w:pPr>
      <w:pStyle w:val="Peu"/>
      <w:jc w:val="center"/>
      <w:rPr>
        <w:lang w:val="es-ES"/>
      </w:rPr>
    </w:pPr>
    <w:proofErr w:type="spellStart"/>
    <w:r w:rsidRPr="00F94358">
      <w:rPr>
        <w:color w:val="5A5A5A"/>
        <w:sz w:val="16"/>
        <w:lang w:val="es-ES"/>
      </w:rPr>
      <w:t>Annex</w:t>
    </w:r>
    <w:proofErr w:type="spellEnd"/>
    <w:r w:rsidRPr="00F94358">
      <w:rPr>
        <w:color w:val="5A5A5A"/>
        <w:sz w:val="16"/>
        <w:lang w:val="es-ES"/>
      </w:rPr>
      <w:t xml:space="preserve"> I - </w:t>
    </w:r>
    <w:proofErr w:type="spellStart"/>
    <w:r w:rsidRPr="00F94358">
      <w:rPr>
        <w:color w:val="5A5A5A"/>
        <w:sz w:val="16"/>
        <w:lang w:val="es-ES"/>
      </w:rPr>
      <w:t>Sol·licitud</w:t>
    </w:r>
    <w:proofErr w:type="spellEnd"/>
    <w:r w:rsidRPr="00F94358">
      <w:rPr>
        <w:color w:val="5A5A5A"/>
        <w:sz w:val="16"/>
        <w:lang w:val="es-ES"/>
      </w:rPr>
      <w:t xml:space="preserve"> </w:t>
    </w:r>
    <w:proofErr w:type="spellStart"/>
    <w:r w:rsidRPr="00F94358">
      <w:rPr>
        <w:color w:val="5A5A5A"/>
        <w:sz w:val="16"/>
        <w:lang w:val="es-ES"/>
      </w:rPr>
      <w:t>d’inscripció</w:t>
    </w:r>
    <w:proofErr w:type="spellEnd"/>
    <w:r w:rsidRPr="00F94358">
      <w:rPr>
        <w:color w:val="5A5A5A"/>
        <w:sz w:val="16"/>
        <w:lang w:val="es-ES"/>
      </w:rPr>
      <w:t xml:space="preserve"> i </w:t>
    </w:r>
    <w:proofErr w:type="spellStart"/>
    <w:r w:rsidRPr="00F94358">
      <w:rPr>
        <w:color w:val="5A5A5A"/>
        <w:sz w:val="16"/>
        <w:lang w:val="es-ES"/>
      </w:rPr>
      <w:t>relació</w:t>
    </w:r>
    <w:proofErr w:type="spellEnd"/>
    <w:r w:rsidRPr="00F94358">
      <w:rPr>
        <w:color w:val="5A5A5A"/>
        <w:sz w:val="16"/>
        <w:lang w:val="es-ES"/>
      </w:rPr>
      <w:t xml:space="preserve"> ordenada de </w:t>
    </w:r>
    <w:proofErr w:type="spellStart"/>
    <w:r w:rsidRPr="00F94358">
      <w:rPr>
        <w:color w:val="5A5A5A"/>
        <w:sz w:val="16"/>
        <w:lang w:val="es-ES"/>
      </w:rPr>
      <w:t>mèrits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CF81" w14:textId="77777777" w:rsidR="00F94358" w:rsidRDefault="00F9435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9F96E" w14:textId="77777777" w:rsidR="005F5D2C" w:rsidRDefault="005F5D2C">
      <w:pPr>
        <w:spacing w:after="0" w:line="240" w:lineRule="auto"/>
      </w:pPr>
      <w:r>
        <w:separator/>
      </w:r>
    </w:p>
  </w:footnote>
  <w:footnote w:type="continuationSeparator" w:id="0">
    <w:p w14:paraId="7A93307B" w14:textId="77777777" w:rsidR="005F5D2C" w:rsidRDefault="005F5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7FA8" w14:textId="77777777" w:rsidR="00F94358" w:rsidRDefault="00F9435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FA9F" w14:textId="566F8A98" w:rsidR="00C7777C" w:rsidRPr="00F94358" w:rsidRDefault="00F94358">
    <w:pPr>
      <w:pStyle w:val="Capalera"/>
      <w:jc w:val="right"/>
      <w:rPr>
        <w:lang w:val="ca-ES"/>
      </w:rPr>
    </w:pPr>
    <w:r w:rsidRPr="00F94358">
      <w:rPr>
        <w:color w:val="5A5A5A"/>
        <w:sz w:val="16"/>
        <w:lang w:val="ca-ES"/>
      </w:rPr>
      <w:drawing>
        <wp:anchor distT="0" distB="0" distL="114300" distR="114300" simplePos="0" relativeHeight="251658240" behindDoc="0" locked="0" layoutInCell="1" allowOverlap="1" wp14:anchorId="5C33439F" wp14:editId="3A90E70B">
          <wp:simplePos x="0" y="0"/>
          <wp:positionH relativeFrom="column">
            <wp:posOffset>71755</wp:posOffset>
          </wp:positionH>
          <wp:positionV relativeFrom="paragraph">
            <wp:posOffset>-104775</wp:posOffset>
          </wp:positionV>
          <wp:extent cx="1685925" cy="764341"/>
          <wp:effectExtent l="0" t="0" r="0" b="0"/>
          <wp:wrapNone/>
          <wp:docPr id="133616282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620672" name="Imatge 17786206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0571" cy="7709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 w:rsidRPr="00F94358">
      <w:rPr>
        <w:color w:val="5A5A5A"/>
        <w:sz w:val="16"/>
        <w:lang w:val="ca-ES"/>
      </w:rPr>
      <w:t>Procés selectiu oficial polivalent brigada municipal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597E" w14:textId="77777777" w:rsidR="00F94358" w:rsidRDefault="00F9435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listaambpic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listaambpic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3464812">
    <w:abstractNumId w:val="8"/>
  </w:num>
  <w:num w:numId="2" w16cid:durableId="1151172050">
    <w:abstractNumId w:val="6"/>
  </w:num>
  <w:num w:numId="3" w16cid:durableId="587277932">
    <w:abstractNumId w:val="5"/>
  </w:num>
  <w:num w:numId="4" w16cid:durableId="471949673">
    <w:abstractNumId w:val="4"/>
  </w:num>
  <w:num w:numId="5" w16cid:durableId="1709837506">
    <w:abstractNumId w:val="7"/>
  </w:num>
  <w:num w:numId="6" w16cid:durableId="39861475">
    <w:abstractNumId w:val="3"/>
  </w:num>
  <w:num w:numId="7" w16cid:durableId="1827699709">
    <w:abstractNumId w:val="2"/>
  </w:num>
  <w:num w:numId="8" w16cid:durableId="1020164728">
    <w:abstractNumId w:val="1"/>
  </w:num>
  <w:num w:numId="9" w16cid:durableId="126807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F5D2C"/>
    <w:rsid w:val="00AA1D8D"/>
    <w:rsid w:val="00B47730"/>
    <w:rsid w:val="00C7777C"/>
    <w:rsid w:val="00CB0664"/>
    <w:rsid w:val="00D770B5"/>
    <w:rsid w:val="00F943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85C943"/>
  <w14:defaultImageDpi w14:val="300"/>
  <w15:docId w15:val="{BEAE2543-8AA7-43FD-8C0F-04917835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eastAsia="Aptos" w:hAnsi="Aptos"/>
      <w:sz w:val="19"/>
    </w:rPr>
  </w:style>
  <w:style w:type="paragraph" w:styleId="Ttol1">
    <w:name w:val="heading 1"/>
    <w:basedOn w:val="Normal"/>
    <w:next w:val="Normal"/>
    <w:link w:val="Ttol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65F91"/>
      <w:sz w:val="20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618BF"/>
  </w:style>
  <w:style w:type="paragraph" w:styleId="Peu">
    <w:name w:val="footer"/>
    <w:basedOn w:val="Normal"/>
    <w:link w:val="Peu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618BF"/>
  </w:style>
  <w:style w:type="paragraph" w:styleId="Senseespaiat">
    <w:name w:val="No Spacing"/>
    <w:uiPriority w:val="1"/>
    <w:qFormat/>
    <w:rsid w:val="00FC693F"/>
    <w:pPr>
      <w:spacing w:after="0" w:line="240" w:lineRule="auto"/>
    </w:pPr>
  </w:style>
  <w:style w:type="character" w:customStyle="1" w:styleId="Ttol1Car">
    <w:name w:val="Títol 1 Car"/>
    <w:basedOn w:val="Lletraperdefectedelpargraf"/>
    <w:link w:val="Ttol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">
    <w:name w:val="Title"/>
    <w:basedOn w:val="Normal"/>
    <w:next w:val="Normal"/>
    <w:link w:val="Ttol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ol">
    <w:name w:val="Subtitle"/>
    <w:basedOn w:val="Normal"/>
    <w:next w:val="Normal"/>
    <w:link w:val="Subttol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del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independent">
    <w:name w:val="Body Text"/>
    <w:basedOn w:val="Normal"/>
    <w:link w:val="TextindependentCar"/>
    <w:uiPriority w:val="99"/>
    <w:unhideWhenUsed/>
    <w:rsid w:val="00AA1D8D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AA1D8D"/>
  </w:style>
  <w:style w:type="paragraph" w:styleId="Textindependent2">
    <w:name w:val="Body Text 2"/>
    <w:basedOn w:val="Normal"/>
    <w:link w:val="Textindependent2Car"/>
    <w:uiPriority w:val="99"/>
    <w:unhideWhenUsed/>
    <w:rsid w:val="00AA1D8D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A1D8D"/>
  </w:style>
  <w:style w:type="paragraph" w:styleId="Textindependent3">
    <w:name w:val="Body Text 3"/>
    <w:basedOn w:val="Normal"/>
    <w:link w:val="Textindependent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AA1D8D"/>
    <w:rPr>
      <w:sz w:val="16"/>
      <w:szCs w:val="16"/>
    </w:rPr>
  </w:style>
  <w:style w:type="paragraph" w:styleId="L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listaambpic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listaambpic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listaambpic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cidel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cidel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cidel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demacro">
    <w:name w:val="macro"/>
    <w:link w:val="Text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demacroCar">
    <w:name w:val="Text de macro Car"/>
    <w:basedOn w:val="Lletraperdefectedelpargraf"/>
    <w:link w:val="Textde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Lletraperdefectedelpargraf"/>
    <w:link w:val="Cita"/>
    <w:uiPriority w:val="29"/>
    <w:rsid w:val="00FC693F"/>
    <w:rPr>
      <w:i/>
      <w:iCs/>
      <w:color w:val="000000" w:themeColor="text1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ennegreta">
    <w:name w:val="Strong"/>
    <w:basedOn w:val="Lletraperdefectedelpargraf"/>
    <w:uiPriority w:val="22"/>
    <w:qFormat/>
    <w:rsid w:val="00FC693F"/>
    <w:rPr>
      <w:b/>
      <w:bCs/>
    </w:rPr>
  </w:style>
  <w:style w:type="character" w:styleId="mfasi">
    <w:name w:val="Emphasis"/>
    <w:basedOn w:val="Lletraperdefectedelpargraf"/>
    <w:uiPriority w:val="20"/>
    <w:qFormat/>
    <w:rsid w:val="00FC693F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C693F"/>
    <w:rPr>
      <w:b/>
      <w:bCs/>
      <w:i/>
      <w:iCs/>
      <w:color w:val="4F81BD" w:themeColor="accent1"/>
    </w:rPr>
  </w:style>
  <w:style w:type="character" w:styleId="mfasisubtil">
    <w:name w:val="Subtle Emphasis"/>
    <w:basedOn w:val="Lletraperdefectedelpargraf"/>
    <w:uiPriority w:val="19"/>
    <w:qFormat/>
    <w:rsid w:val="00FC693F"/>
    <w:rPr>
      <w:i/>
      <w:iCs/>
      <w:color w:val="808080" w:themeColor="text1" w:themeTint="7F"/>
    </w:rPr>
  </w:style>
  <w:style w:type="character" w:styleId="mfasiintens">
    <w:name w:val="Intense Emphasis"/>
    <w:basedOn w:val="Lletraperdefectedelpargraf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btil">
    <w:name w:val="Subtle Reference"/>
    <w:basedOn w:val="Lletraperdefectedelpargraf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Lletraperdefectedelpargraf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oldelllibre">
    <w:name w:val="Book Title"/>
    <w:basedOn w:val="Lletraperdefectedelpargraf"/>
    <w:uiPriority w:val="33"/>
    <w:qFormat/>
    <w:rsid w:val="00FC693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C693F"/>
    <w:pPr>
      <w:outlineLvl w:val="9"/>
    </w:pPr>
  </w:style>
  <w:style w:type="table" w:styleId="Taulaambquadrcula">
    <w:name w:val="Table Grid"/>
    <w:basedOn w:val="Tau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">
    <w:name w:val="Light Shading"/>
    <w:basedOn w:val="Tau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mbrejatsuaumfasi1">
    <w:name w:val="Light Shading Accent 1"/>
    <w:basedOn w:val="Tau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Ombrejatsuaumfasi2">
    <w:name w:val="Light Shading Accent 2"/>
    <w:basedOn w:val="Tau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Ombrejatsuaumfasi3">
    <w:name w:val="Light Shading Accent 3"/>
    <w:basedOn w:val="Tau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Ombrejatsuaumfasi4">
    <w:name w:val="Light Shading Accent 4"/>
    <w:basedOn w:val="Tau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Ombrejatsuaumfasi5">
    <w:name w:val="Light Shading Accent 5"/>
    <w:basedOn w:val="Tau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mbrejatsuaumfasi6">
    <w:name w:val="Light Shading Accent 6"/>
    <w:basedOn w:val="Tau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listaclara">
    <w:name w:val="Light List"/>
    <w:basedOn w:val="Tau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listaclaramfasi1">
    <w:name w:val="Light List Accent 1"/>
    <w:basedOn w:val="Tau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listaclaramfasi2">
    <w:name w:val="Light List Accent 2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listaclaramfasi3">
    <w:name w:val="Light List Accent 3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listaclaramfasi4">
    <w:name w:val="Light List Accent 4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listaclaramfasi5">
    <w:name w:val="Light List Accent 5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listaclaramfasi6">
    <w:name w:val="Light List Accent 6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Quadrculaclara">
    <w:name w:val="Light Grid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Quadrculaclaramfasi1">
    <w:name w:val="Light Grid Accent 1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Quadrculaclaramfasi2">
    <w:name w:val="Light Grid Accent 2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Quadrculaclaramfasi3">
    <w:name w:val="Light Grid Accent 3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Quadrculaclaramfasi4">
    <w:name w:val="Light Grid Accent 4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Quadrculaclaramfasi5">
    <w:name w:val="Light Grid Accent 5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Quadrculaclaramfasi6">
    <w:name w:val="Light Grid Accent 6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mbrejatmitj1">
    <w:name w:val="Medium Shading 1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1">
    <w:name w:val="Medium Shading 1 Accent 1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2">
    <w:name w:val="Medium Shading 1 Accent 2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3">
    <w:name w:val="Medium Shading 1 Accent 3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4">
    <w:name w:val="Medium Shading 1 Accent 4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5">
    <w:name w:val="Medium Shading 1 Accent 5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6">
    <w:name w:val="Medium Shading 1 Accent 6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2">
    <w:name w:val="Medium Shading 2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1">
    <w:name w:val="Medium Shading 2 Accent 1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2">
    <w:name w:val="Medium Shading 2 Accent 2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3">
    <w:name w:val="Medium Shading 2 Accent 3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4">
    <w:name w:val="Medium Shading 2 Accent 4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5">
    <w:name w:val="Medium Shading 2 Accent 5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6">
    <w:name w:val="Medium Shading 2 Accent 6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listamitjana1">
    <w:name w:val="Medium List 1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listamitjana1mfasi1">
    <w:name w:val="Medium List 1 Accent 1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listamitjana1mfasi2">
    <w:name w:val="Medium List 1 Accent 2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listamitjana1mfasi3">
    <w:name w:val="Medium List 1 Accent 3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listamitjana1mfasi4">
    <w:name w:val="Medium List 1 Accent 4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listamitjana1mfasi5">
    <w:name w:val="Medium List 1 Accent 5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listamitjana1mfasi6">
    <w:name w:val="Medium List 1 Accent 6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listamitjana2">
    <w:name w:val="Medium List 2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1">
    <w:name w:val="Medium List 2 Accent 1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2">
    <w:name w:val="Medium List 2 Accent 2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3">
    <w:name w:val="Medium List 2 Accent 3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4">
    <w:name w:val="Medium List 2 Accent 4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5">
    <w:name w:val="Medium List 2 Accent 5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6">
    <w:name w:val="Medium List 2 Accent 6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Quadrculamitjana1">
    <w:name w:val="Medium Grid 1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Quadrculamitjana1mfasi1">
    <w:name w:val="Medium Grid 1 Accent 1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Quadrculamitjana1mfasi2">
    <w:name w:val="Medium Grid 1 Accent 2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Quadrculamitjana1mfasi3">
    <w:name w:val="Medium Grid 1 Accent 3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Quadrculamitjana1mfasi4">
    <w:name w:val="Medium Grid 1 Accent 4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Quadrculamitjana1mfasi5">
    <w:name w:val="Medium Grid 1 Accent 5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Quadrculamitjana1mfasi6">
    <w:name w:val="Medium Grid 1 Accent 6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Quadrculamitjana2">
    <w:name w:val="Medium Grid 2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1">
    <w:name w:val="Medium Grid 2 Accent 1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2">
    <w:name w:val="Medium Grid 2 Accent 2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3">
    <w:name w:val="Medium Grid 2 Accent 3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4">
    <w:name w:val="Medium Grid 2 Accent 4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5">
    <w:name w:val="Medium Grid 2 Accent 5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6">
    <w:name w:val="Medium Grid 2 Accent 6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3">
    <w:name w:val="Medium Grid 3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Quadrculamitjana3mfasi1">
    <w:name w:val="Medium Grid 3 Accent 1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Quadrculamitjana3mfasi2">
    <w:name w:val="Medium Grid 3 Accent 2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Quadrculamitjana3mfasi3">
    <w:name w:val="Medium Grid 3 Accent 3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Quadrculamitjana3mfasi4">
    <w:name w:val="Medium Grid 3 Accent 4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Quadrculamitjana3mfasi5">
    <w:name w:val="Medium Grid 3 Accent 5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Quadrculamitjana3mfasi6">
    <w:name w:val="Medium Grid 3 Accent 6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listafosca">
    <w:name w:val="Dark List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listafoscamfasi1">
    <w:name w:val="Dark List Accent 1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listafoscamfasi2">
    <w:name w:val="Dark List Accent 2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listafoscamfasi3">
    <w:name w:val="Dark List Accent 3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listafoscamfasi4">
    <w:name w:val="Dark List Accent 4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listafoscamfasi5">
    <w:name w:val="Dark List Accent 5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listafoscamfasi6">
    <w:name w:val="Dark List Accent 6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mbrejatmulticolor">
    <w:name w:val="Colorful Shading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1">
    <w:name w:val="Colorful Shading Accent 1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2">
    <w:name w:val="Colorful Shading Accent 2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3">
    <w:name w:val="Colorful Shading Accent 3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mbrejatmulticolormfasi4">
    <w:name w:val="Colorful Shading Accent 4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5">
    <w:name w:val="Colorful Shading Accent 5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6">
    <w:name w:val="Colorful Shading Accent 6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listamulticolor">
    <w:name w:val="Colorful List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listamulticolormfasi1">
    <w:name w:val="Colorful List Accent 1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listamulticolormfasi2">
    <w:name w:val="Colorful List Accent 2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listamulticolormfasi3">
    <w:name w:val="Colorful List Accent 3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listamulticolormfasi4">
    <w:name w:val="Colorful List Accent 4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listamulticolormfasi5">
    <w:name w:val="Colorful List Accent 5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listamulticolormfasi6">
    <w:name w:val="Colorful List Accent 6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Quadrculamulticolor">
    <w:name w:val="Colorful Grid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Quadrculamulticolormfasi1">
    <w:name w:val="Colorful Grid Accent 1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Quadrculamulticolormfasi2">
    <w:name w:val="Colorful Grid Accent 2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Quadrculamulticolormfasi3">
    <w:name w:val="Colorful Grid Accent 3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Quadrculamulticolormfasi4">
    <w:name w:val="Colorful Grid Accent 4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Quadrculamulticolormfasi5">
    <w:name w:val="Colorful Grid Accent 5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Quadrculamulticolormfasi6">
    <w:name w:val="Colorful Grid Accent 6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Box">
    <w:name w:val="NoteBox"/>
    <w:pPr>
      <w:spacing w:before="60" w:after="120" w:line="252" w:lineRule="auto"/>
      <w:ind w:left="142" w:right="142"/>
    </w:pPr>
    <w:rPr>
      <w:rFonts w:ascii="Aptos" w:eastAsia="Aptos" w:hAnsi="Aptos"/>
      <w:color w:val="464646"/>
      <w:sz w:val="18"/>
    </w:rPr>
  </w:style>
  <w:style w:type="character" w:styleId="Textdelcontenidor">
    <w:name w:val="Placeholder Text"/>
    <w:basedOn w:val="Lletraperdefectedelpargraf"/>
    <w:uiPriority w:val="99"/>
    <w:semiHidden/>
    <w:rsid w:val="00F943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529</Words>
  <Characters>2977</Characters>
  <Application>Microsoft Office Word</Application>
  <DocSecurity>0</DocSecurity>
  <Lines>248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Bassagañas</dc:creator>
  <cp:keywords/>
  <dc:description>generated by python-docx</dc:description>
  <cp:lastModifiedBy>Jordi Bassagañas</cp:lastModifiedBy>
  <cp:revision>2</cp:revision>
  <dcterms:created xsi:type="dcterms:W3CDTF">2026-08-17T08:36:00Z</dcterms:created>
  <dcterms:modified xsi:type="dcterms:W3CDTF">2026-08-17T09:08:00Z</dcterms:modified>
  <cp:category/>
</cp:coreProperties>
</file>